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7DF" w:rsidRDefault="00354776">
      <w:pPr>
        <w:spacing w:after="80" w:line="240" w:lineRule="auto"/>
        <w:jc w:val="center"/>
      </w:pPr>
      <w:r>
        <w:rPr>
          <w:noProof/>
          <w:lang w:val="it-IT" w:eastAsia="it-IT"/>
        </w:rPr>
        <w:drawing>
          <wp:inline distT="0" distB="0" distL="0" distR="0">
            <wp:extent cx="2556000" cy="3948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ulo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6000" cy="39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7DF" w:rsidRDefault="00354776">
      <w:pPr>
        <w:spacing w:after="40" w:line="240" w:lineRule="auto"/>
        <w:jc w:val="center"/>
      </w:pPr>
      <w:r>
        <w:rPr>
          <w:b/>
          <w:sz w:val="24"/>
        </w:rPr>
        <w:t>AL DIRIGENTE SCOLASTICO</w:t>
      </w:r>
    </w:p>
    <w:p w:rsidR="003A47DF" w:rsidRDefault="00354776">
      <w:pPr>
        <w:spacing w:after="40" w:line="240" w:lineRule="auto"/>
        <w:jc w:val="center"/>
      </w:pPr>
      <w:r>
        <w:rPr>
          <w:b/>
          <w:sz w:val="24"/>
        </w:rPr>
        <w:t>DEL LICEO STATALE "N. JOMMELLI" - AVERSA</w:t>
      </w:r>
    </w:p>
    <w:p w:rsidR="003A47DF" w:rsidRDefault="00354776">
      <w:pPr>
        <w:spacing w:after="40" w:line="240" w:lineRule="auto"/>
        <w:jc w:val="center"/>
      </w:pPr>
      <w:r>
        <w:rPr>
          <w:b/>
          <w:sz w:val="25"/>
        </w:rPr>
        <w:t>MODULO DI ADESIONE AI PERCORSI DI FORMAZIONE DOCENTI</w:t>
      </w:r>
    </w:p>
    <w:p w:rsidR="003A47DF" w:rsidRDefault="00354776">
      <w:pPr>
        <w:spacing w:after="40" w:line="240" w:lineRule="auto"/>
        <w:jc w:val="center"/>
      </w:pPr>
      <w:r>
        <w:t>D.M. 38/2026 - PN "Scuola e competenze" 2021-2027 - FSE+</w:t>
      </w:r>
    </w:p>
    <w:p w:rsidR="003A47DF" w:rsidRDefault="00354776">
      <w:pPr>
        <w:spacing w:after="40" w:line="240" w:lineRule="auto"/>
        <w:jc w:val="center"/>
      </w:pPr>
      <w:r>
        <w:t>Progetto ESO4.5.A2.B-FSEPN-CA-2026-381 - CUP J34D26001670007</w:t>
      </w:r>
    </w:p>
    <w:p w:rsidR="00354776" w:rsidRDefault="00354776">
      <w:pPr>
        <w:spacing w:after="40" w:line="240" w:lineRule="auto"/>
      </w:pPr>
    </w:p>
    <w:p w:rsidR="003A47DF" w:rsidRPr="000A0FC4" w:rsidRDefault="00354776">
      <w:pPr>
        <w:spacing w:after="40" w:line="240" w:lineRule="auto"/>
        <w:rPr>
          <w:b/>
        </w:rPr>
      </w:pPr>
      <w:r w:rsidRPr="000A0FC4">
        <w:rPr>
          <w:b/>
        </w:rPr>
        <w:t xml:space="preserve">Il/La </w:t>
      </w:r>
      <w:proofErr w:type="spellStart"/>
      <w:r w:rsidRPr="000A0FC4">
        <w:rPr>
          <w:b/>
        </w:rPr>
        <w:t>sottoscritto</w:t>
      </w:r>
      <w:proofErr w:type="spellEnd"/>
      <w:r w:rsidRPr="000A0FC4">
        <w:rPr>
          <w:b/>
        </w:rPr>
        <w:t>/a</w:t>
      </w:r>
    </w:p>
    <w:p w:rsidR="003A47DF" w:rsidRPr="000A0FC4" w:rsidRDefault="00354776">
      <w:pPr>
        <w:spacing w:after="40" w:line="240" w:lineRule="auto"/>
        <w:rPr>
          <w:b/>
        </w:rPr>
      </w:pPr>
      <w:proofErr w:type="spellStart"/>
      <w:r w:rsidRPr="000A0FC4">
        <w:rPr>
          <w:b/>
        </w:rPr>
        <w:t>Cognome</w:t>
      </w:r>
      <w:proofErr w:type="spellEnd"/>
      <w:r w:rsidRPr="000A0FC4">
        <w:rPr>
          <w:b/>
        </w:rPr>
        <w:t xml:space="preserve"> e </w:t>
      </w:r>
      <w:proofErr w:type="spellStart"/>
      <w:r w:rsidRPr="000A0FC4">
        <w:rPr>
          <w:b/>
        </w:rPr>
        <w:t>nome</w:t>
      </w:r>
      <w:proofErr w:type="spellEnd"/>
      <w:r w:rsidRPr="000A0FC4">
        <w:rPr>
          <w:b/>
        </w:rPr>
        <w:t xml:space="preserve">: </w:t>
      </w:r>
      <w:r w:rsidR="00E65B76" w:rsidRPr="000A0FC4">
        <w:rPr>
          <w:b/>
        </w:rPr>
        <w:t>…………..</w:t>
      </w:r>
      <w:bookmarkStart w:id="0" w:name="_GoBack"/>
      <w:bookmarkEnd w:id="0"/>
    </w:p>
    <w:p w:rsidR="003A47DF" w:rsidRPr="000A0FC4" w:rsidRDefault="00354776">
      <w:pPr>
        <w:spacing w:after="40" w:line="240" w:lineRule="auto"/>
        <w:rPr>
          <w:b/>
        </w:rPr>
      </w:pPr>
      <w:proofErr w:type="spellStart"/>
      <w:r w:rsidRPr="000A0FC4">
        <w:rPr>
          <w:b/>
        </w:rPr>
        <w:t>Codice</w:t>
      </w:r>
      <w:proofErr w:type="spellEnd"/>
      <w:r w:rsidRPr="000A0FC4">
        <w:rPr>
          <w:b/>
        </w:rPr>
        <w:t xml:space="preserve"> </w:t>
      </w:r>
      <w:proofErr w:type="spellStart"/>
      <w:r w:rsidRPr="000A0FC4">
        <w:rPr>
          <w:b/>
        </w:rPr>
        <w:t>fiscale</w:t>
      </w:r>
      <w:proofErr w:type="spellEnd"/>
      <w:r w:rsidRPr="000A0FC4">
        <w:rPr>
          <w:b/>
        </w:rPr>
        <w:t xml:space="preserve">: </w:t>
      </w:r>
      <w:r w:rsidR="00E65B76" w:rsidRPr="000A0FC4">
        <w:rPr>
          <w:b/>
        </w:rPr>
        <w:t>………….</w:t>
      </w:r>
    </w:p>
    <w:p w:rsidR="003A47DF" w:rsidRPr="000A0FC4" w:rsidRDefault="00354776">
      <w:pPr>
        <w:spacing w:after="40" w:line="240" w:lineRule="auto"/>
        <w:rPr>
          <w:b/>
        </w:rPr>
      </w:pPr>
      <w:proofErr w:type="spellStart"/>
      <w:proofErr w:type="gramStart"/>
      <w:r w:rsidRPr="000A0FC4">
        <w:rPr>
          <w:b/>
        </w:rPr>
        <w:t>Nato</w:t>
      </w:r>
      <w:proofErr w:type="spellEnd"/>
      <w:r w:rsidRPr="000A0FC4">
        <w:rPr>
          <w:b/>
        </w:rPr>
        <w:t>/</w:t>
      </w:r>
      <w:proofErr w:type="gramEnd"/>
      <w:r w:rsidRPr="000A0FC4">
        <w:rPr>
          <w:b/>
        </w:rPr>
        <w:t xml:space="preserve">a a: </w:t>
      </w:r>
      <w:r w:rsidR="00E65B76" w:rsidRPr="000A0FC4">
        <w:rPr>
          <w:b/>
        </w:rPr>
        <w:t xml:space="preserve">…………….  </w:t>
      </w:r>
      <w:r w:rsidRPr="000A0FC4">
        <w:rPr>
          <w:b/>
        </w:rPr>
        <w:t>Il</w:t>
      </w:r>
      <w:proofErr w:type="gramStart"/>
      <w:r w:rsidRPr="000A0FC4">
        <w:rPr>
          <w:b/>
        </w:rPr>
        <w:t>:</w:t>
      </w:r>
      <w:r w:rsidR="00E65B76" w:rsidRPr="000A0FC4">
        <w:rPr>
          <w:b/>
        </w:rPr>
        <w:t>………</w:t>
      </w:r>
      <w:proofErr w:type="gramEnd"/>
      <w:r w:rsidRPr="000A0FC4">
        <w:rPr>
          <w:b/>
        </w:rPr>
        <w:t xml:space="preserve"> </w:t>
      </w:r>
    </w:p>
    <w:p w:rsidR="003A47DF" w:rsidRPr="000A0FC4" w:rsidRDefault="00354776">
      <w:pPr>
        <w:spacing w:after="40" w:line="240" w:lineRule="auto"/>
        <w:rPr>
          <w:b/>
        </w:rPr>
      </w:pPr>
      <w:r w:rsidRPr="000A0FC4">
        <w:rPr>
          <w:b/>
        </w:rPr>
        <w:t xml:space="preserve">Disciplina / </w:t>
      </w:r>
      <w:proofErr w:type="spellStart"/>
      <w:r w:rsidRPr="000A0FC4">
        <w:rPr>
          <w:b/>
        </w:rPr>
        <w:t>classe</w:t>
      </w:r>
      <w:proofErr w:type="spellEnd"/>
      <w:r w:rsidRPr="000A0FC4">
        <w:rPr>
          <w:b/>
        </w:rPr>
        <w:t xml:space="preserve"> di </w:t>
      </w:r>
      <w:proofErr w:type="spellStart"/>
      <w:r w:rsidRPr="000A0FC4">
        <w:rPr>
          <w:b/>
        </w:rPr>
        <w:t>concorso</w:t>
      </w:r>
      <w:proofErr w:type="spellEnd"/>
      <w:r w:rsidRPr="000A0FC4">
        <w:rPr>
          <w:b/>
        </w:rPr>
        <w:t xml:space="preserve">: </w:t>
      </w:r>
      <w:r w:rsidR="00E65B76" w:rsidRPr="000A0FC4">
        <w:rPr>
          <w:b/>
        </w:rPr>
        <w:t>……………..</w:t>
      </w:r>
    </w:p>
    <w:p w:rsidR="003A47DF" w:rsidRPr="000A0FC4" w:rsidRDefault="00354776">
      <w:pPr>
        <w:spacing w:after="40" w:line="240" w:lineRule="auto"/>
        <w:rPr>
          <w:b/>
        </w:rPr>
      </w:pPr>
      <w:r w:rsidRPr="000A0FC4">
        <w:rPr>
          <w:b/>
        </w:rPr>
        <w:t xml:space="preserve">E-mail: </w:t>
      </w:r>
      <w:r w:rsidR="00E65B76" w:rsidRPr="000A0FC4">
        <w:rPr>
          <w:b/>
        </w:rPr>
        <w:t>…………….</w:t>
      </w:r>
    </w:p>
    <w:p w:rsidR="003A47DF" w:rsidRPr="000A0FC4" w:rsidRDefault="00354776">
      <w:pPr>
        <w:spacing w:after="40" w:line="240" w:lineRule="auto"/>
        <w:rPr>
          <w:b/>
        </w:rPr>
      </w:pPr>
      <w:proofErr w:type="spellStart"/>
      <w:r w:rsidRPr="000A0FC4">
        <w:rPr>
          <w:b/>
        </w:rPr>
        <w:t>Telefono</w:t>
      </w:r>
      <w:proofErr w:type="spellEnd"/>
      <w:r w:rsidRPr="000A0FC4">
        <w:rPr>
          <w:b/>
        </w:rPr>
        <w:t xml:space="preserve">: </w:t>
      </w:r>
      <w:r w:rsidR="00E65B76" w:rsidRPr="000A0FC4">
        <w:rPr>
          <w:b/>
        </w:rPr>
        <w:t>……………..</w:t>
      </w:r>
    </w:p>
    <w:p w:rsidR="003A47DF" w:rsidRPr="000A0FC4" w:rsidRDefault="00354776">
      <w:pPr>
        <w:spacing w:after="40" w:line="240" w:lineRule="auto"/>
        <w:rPr>
          <w:b/>
        </w:rPr>
      </w:pPr>
      <w:proofErr w:type="spellStart"/>
      <w:r w:rsidRPr="000A0FC4">
        <w:rPr>
          <w:b/>
        </w:rPr>
        <w:t>Tipologia</w:t>
      </w:r>
      <w:proofErr w:type="spellEnd"/>
      <w:r w:rsidRPr="000A0FC4">
        <w:rPr>
          <w:b/>
        </w:rPr>
        <w:t xml:space="preserve"> </w:t>
      </w:r>
      <w:proofErr w:type="spellStart"/>
      <w:r w:rsidRPr="000A0FC4">
        <w:rPr>
          <w:b/>
        </w:rPr>
        <w:t>contratto</w:t>
      </w:r>
      <w:proofErr w:type="spellEnd"/>
      <w:r w:rsidRPr="000A0FC4">
        <w:rPr>
          <w:b/>
        </w:rPr>
        <w:t>:   [ ] T.I.      [ ] T.D.</w:t>
      </w:r>
    </w:p>
    <w:p w:rsidR="003A47DF" w:rsidRDefault="00354776">
      <w:pPr>
        <w:spacing w:before="100" w:after="60" w:line="240" w:lineRule="auto"/>
        <w:jc w:val="center"/>
      </w:pPr>
      <w:r>
        <w:rPr>
          <w:b/>
          <w:sz w:val="26"/>
        </w:rPr>
        <w:t>CHIEDE</w:t>
      </w:r>
    </w:p>
    <w:p w:rsidR="003A47DF" w:rsidRDefault="00354776">
      <w:pPr>
        <w:spacing w:after="40" w:line="240" w:lineRule="auto"/>
      </w:pPr>
      <w:r>
        <w:t>di essere ammesso/a a partecipare a uno o più dei seguenti percorsi formativi della durata di 30 ore ciascuno. È possibile selezionare più percorsi, compatibilmente con il calendario delle attività e con i posti disponibili.</w:t>
      </w:r>
    </w:p>
    <w:p w:rsidR="00354776" w:rsidRDefault="00354776">
      <w:pPr>
        <w:spacing w:after="20" w:line="240" w:lineRule="auto"/>
        <w:ind w:left="198" w:hanging="198"/>
        <w:rPr>
          <w:b/>
        </w:rPr>
      </w:pPr>
    </w:p>
    <w:p w:rsidR="003A47DF" w:rsidRDefault="00354776" w:rsidP="00354776">
      <w:pPr>
        <w:spacing w:after="20" w:line="240" w:lineRule="auto"/>
        <w:ind w:left="396" w:hanging="198"/>
      </w:pPr>
      <w:r w:rsidRPr="00354776">
        <w:rPr>
          <w:b/>
        </w:rPr>
        <w:t>[ ] ID 220422</w:t>
      </w:r>
      <w:r>
        <w:t xml:space="preserve"> - Intelligenza Artificiale per la didattica - livello base: fondamenti e prime applicazioni (30 ore)</w:t>
      </w:r>
    </w:p>
    <w:p w:rsidR="00354776" w:rsidRDefault="00354776" w:rsidP="00354776">
      <w:pPr>
        <w:spacing w:after="20" w:line="240" w:lineRule="auto"/>
        <w:ind w:left="396" w:hanging="198"/>
      </w:pPr>
    </w:p>
    <w:p w:rsidR="003A47DF" w:rsidRDefault="00354776" w:rsidP="00354776">
      <w:pPr>
        <w:spacing w:after="20" w:line="240" w:lineRule="auto"/>
        <w:ind w:left="396" w:hanging="198"/>
      </w:pPr>
      <w:r w:rsidRPr="00354776">
        <w:rPr>
          <w:b/>
        </w:rPr>
        <w:t>[ ] ID 225288</w:t>
      </w:r>
      <w:r>
        <w:t xml:space="preserve"> - Intelligenza Artificiale per la didattica - livello avanzato: progettazione, personalizzazione e valutazione (30 ore)</w:t>
      </w:r>
    </w:p>
    <w:p w:rsidR="00354776" w:rsidRDefault="00354776" w:rsidP="00354776">
      <w:pPr>
        <w:spacing w:after="20" w:line="240" w:lineRule="auto"/>
        <w:ind w:left="396" w:hanging="198"/>
      </w:pPr>
    </w:p>
    <w:p w:rsidR="003A47DF" w:rsidRDefault="00354776" w:rsidP="00354776">
      <w:pPr>
        <w:spacing w:after="20" w:line="240" w:lineRule="auto"/>
        <w:ind w:left="396" w:hanging="198"/>
      </w:pPr>
      <w:r w:rsidRPr="00354776">
        <w:rPr>
          <w:b/>
        </w:rPr>
        <w:t>[ ] ID 220446</w:t>
      </w:r>
      <w:r>
        <w:t xml:space="preserve"> - Gestione della classe e dinamiche relazionali per </w:t>
      </w:r>
      <w:proofErr w:type="gramStart"/>
      <w:r>
        <w:t>il</w:t>
      </w:r>
      <w:proofErr w:type="gramEnd"/>
      <w:r>
        <w:t xml:space="preserve"> benessere scolastico (30 ore)</w:t>
      </w:r>
    </w:p>
    <w:p w:rsidR="003A47DF" w:rsidRDefault="00354776">
      <w:pPr>
        <w:spacing w:before="100" w:after="60" w:line="240" w:lineRule="auto"/>
        <w:jc w:val="center"/>
      </w:pPr>
      <w:r>
        <w:rPr>
          <w:b/>
          <w:sz w:val="26"/>
        </w:rPr>
        <w:t>DICHIARA</w:t>
      </w:r>
    </w:p>
    <w:p w:rsidR="00FA3770" w:rsidRDefault="00354776" w:rsidP="00FA3770">
      <w:pPr>
        <w:pStyle w:val="Paragrafoelenco"/>
        <w:numPr>
          <w:ilvl w:val="0"/>
          <w:numId w:val="10"/>
        </w:numPr>
        <w:spacing w:after="20" w:line="240" w:lineRule="auto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servizio</w:t>
      </w:r>
      <w:proofErr w:type="spellEnd"/>
      <w:r>
        <w:t xml:space="preserve"> presso l’Istituzione scolastica alla data di </w:t>
      </w:r>
      <w:proofErr w:type="spellStart"/>
      <w:r>
        <w:t>presentazione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>;</w:t>
      </w:r>
    </w:p>
    <w:p w:rsidR="00FA3770" w:rsidRDefault="00354776" w:rsidP="00FA3770">
      <w:pPr>
        <w:pStyle w:val="Paragrafoelenco"/>
        <w:numPr>
          <w:ilvl w:val="0"/>
          <w:numId w:val="10"/>
        </w:numPr>
        <w:spacing w:after="20" w:line="240" w:lineRule="auto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a frequentare il/i percorso/i selezionato/i secondo il calendario che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comunicato</w:t>
      </w:r>
      <w:proofErr w:type="spellEnd"/>
      <w:r>
        <w:t xml:space="preserve"> </w:t>
      </w:r>
      <w:proofErr w:type="spellStart"/>
      <w:r>
        <w:t>dall’Istituzione</w:t>
      </w:r>
      <w:proofErr w:type="spellEnd"/>
      <w:r>
        <w:t xml:space="preserve"> </w:t>
      </w:r>
      <w:proofErr w:type="spellStart"/>
      <w:r>
        <w:t>scolastica</w:t>
      </w:r>
      <w:proofErr w:type="spellEnd"/>
      <w:r>
        <w:t>;</w:t>
      </w:r>
    </w:p>
    <w:p w:rsidR="00FA3770" w:rsidRDefault="00354776" w:rsidP="00FA3770">
      <w:pPr>
        <w:pStyle w:val="Paragrafoelenco"/>
        <w:numPr>
          <w:ilvl w:val="0"/>
          <w:numId w:val="10"/>
        </w:numPr>
        <w:spacing w:after="20" w:line="240" w:lineRule="auto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consapevole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, ai fini del rilascio dell’attestazione, è richiesta la frequenza di almeno il 75% delle ore </w:t>
      </w:r>
      <w:proofErr w:type="spellStart"/>
      <w:r>
        <w:t>previste</w:t>
      </w:r>
      <w:proofErr w:type="spellEnd"/>
      <w:r>
        <w:t xml:space="preserve"> per </w:t>
      </w:r>
      <w:proofErr w:type="spellStart"/>
      <w:r>
        <w:t>ciascun</w:t>
      </w:r>
      <w:proofErr w:type="spellEnd"/>
      <w:r>
        <w:t xml:space="preserve"> </w:t>
      </w:r>
      <w:proofErr w:type="spellStart"/>
      <w:r>
        <w:t>percorso</w:t>
      </w:r>
      <w:proofErr w:type="spellEnd"/>
      <w:r>
        <w:t>;</w:t>
      </w:r>
    </w:p>
    <w:p w:rsidR="00FA3770" w:rsidRDefault="00354776" w:rsidP="00FA3770">
      <w:pPr>
        <w:pStyle w:val="Paragrafoelenco"/>
        <w:numPr>
          <w:ilvl w:val="0"/>
          <w:numId w:val="10"/>
        </w:numPr>
        <w:spacing w:after="20" w:line="240" w:lineRule="auto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consapevole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, in caso di domande superiori ai posti disponibili, saranno applicati i criteri di </w:t>
      </w:r>
      <w:proofErr w:type="spellStart"/>
      <w:r>
        <w:t>priorità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</w:t>
      </w:r>
      <w:proofErr w:type="spellStart"/>
      <w:r>
        <w:t>nell’avviso</w:t>
      </w:r>
      <w:proofErr w:type="spellEnd"/>
      <w:r>
        <w:t>/</w:t>
      </w:r>
      <w:proofErr w:type="spellStart"/>
      <w:r>
        <w:t>comunicazione</w:t>
      </w:r>
      <w:proofErr w:type="spellEnd"/>
      <w:r>
        <w:t xml:space="preserve"> </w:t>
      </w:r>
      <w:proofErr w:type="spellStart"/>
      <w:r>
        <w:t>interna</w:t>
      </w:r>
      <w:proofErr w:type="spellEnd"/>
      <w:r>
        <w:t>;</w:t>
      </w:r>
    </w:p>
    <w:p w:rsidR="003A47DF" w:rsidRDefault="00354776" w:rsidP="00FA3770">
      <w:pPr>
        <w:pStyle w:val="Paragrafoelenco"/>
        <w:numPr>
          <w:ilvl w:val="0"/>
          <w:numId w:val="10"/>
        </w:numPr>
        <w:spacing w:after="20" w:line="240" w:lineRule="auto"/>
      </w:pPr>
      <w:proofErr w:type="gramStart"/>
      <w:r>
        <w:t>di</w:t>
      </w:r>
      <w:proofErr w:type="gramEnd"/>
      <w:r>
        <w:t xml:space="preserve"> </w:t>
      </w:r>
      <w:proofErr w:type="spellStart"/>
      <w:r>
        <w:t>autorizzare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trattamento</w:t>
      </w:r>
      <w:proofErr w:type="spellEnd"/>
      <w:r>
        <w:t xml:space="preserve"> dei dati personali esclusivamente per le finalità connesse alla gestione delle adesioni, alla realizzazione dei percorsi formativi e agli adempimenti previsti dal PN “Scuola e competenze” 2021-2027 - FSE+ - D.M. 38/2026.</w:t>
      </w:r>
    </w:p>
    <w:p w:rsidR="003A47DF" w:rsidRDefault="003A47DF">
      <w:pPr>
        <w:spacing w:after="40" w:line="240" w:lineRule="auto"/>
      </w:pPr>
    </w:p>
    <w:p w:rsidR="003A47DF" w:rsidRDefault="00354776">
      <w:pPr>
        <w:spacing w:after="40" w:line="240" w:lineRule="auto"/>
      </w:pPr>
      <w:proofErr w:type="spellStart"/>
      <w:r>
        <w:t>Luogo</w:t>
      </w:r>
      <w:proofErr w:type="spellEnd"/>
      <w:r>
        <w:t xml:space="preserve"> e data: __________________________________</w:t>
      </w:r>
    </w:p>
    <w:p w:rsidR="00354776" w:rsidRDefault="00354776">
      <w:pPr>
        <w:spacing w:after="40" w:line="240" w:lineRule="auto"/>
      </w:pPr>
    </w:p>
    <w:p w:rsidR="003A47DF" w:rsidRDefault="00354776">
      <w:pPr>
        <w:spacing w:after="40" w:line="240" w:lineRule="auto"/>
      </w:pPr>
      <w:r>
        <w:t>Firma: ________________________________________</w:t>
      </w:r>
    </w:p>
    <w:p w:rsidR="00354776" w:rsidRDefault="00354776">
      <w:pPr>
        <w:spacing w:after="40" w:line="240" w:lineRule="auto"/>
      </w:pPr>
    </w:p>
    <w:p w:rsidR="003A47DF" w:rsidRDefault="00354776">
      <w:pPr>
        <w:spacing w:before="80" w:after="0" w:line="240" w:lineRule="auto"/>
      </w:pPr>
      <w:proofErr w:type="gramStart"/>
      <w:r>
        <w:rPr>
          <w:i/>
          <w:sz w:val="21"/>
        </w:rPr>
        <w:t>Il</w:t>
      </w:r>
      <w:proofErr w:type="gramEnd"/>
      <w:r>
        <w:rPr>
          <w:i/>
          <w:sz w:val="21"/>
        </w:rPr>
        <w:t xml:space="preserve"> presente modulo, debitamente compilato e sottoscritto, deve essere inviato all’indirizzo e-mail cepm02000v@istruzione.it oppure alla PEC cepm02000v@pec.istruzione.it.</w:t>
      </w:r>
    </w:p>
    <w:sectPr w:rsidR="003A47DF" w:rsidSect="00034616">
      <w:pgSz w:w="12240" w:h="15840"/>
      <w:pgMar w:top="652" w:right="907" w:bottom="62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DE1793"/>
    <w:multiLevelType w:val="hybridMultilevel"/>
    <w:tmpl w:val="FE046A08"/>
    <w:lvl w:ilvl="0" w:tplc="53BCD9C6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0FC4"/>
    <w:rsid w:val="0015074B"/>
    <w:rsid w:val="0029639D"/>
    <w:rsid w:val="00326F90"/>
    <w:rsid w:val="00354776"/>
    <w:rsid w:val="003A47DF"/>
    <w:rsid w:val="00AA1D8D"/>
    <w:rsid w:val="00B47730"/>
    <w:rsid w:val="00CB0664"/>
    <w:rsid w:val="00E65B76"/>
    <w:rsid w:val="00FA37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B5EAA"/>
  <w14:defaultImageDpi w14:val="300"/>
  <w15:docId w15:val="{47426681-0A68-4487-9B94-360069E7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9194CC-CCFA-4550-A22F-DF72F1248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adesione docenti DM38 semplificato</dc:title>
  <dc:subject/>
  <dc:creator/>
  <cp:keywords/>
  <dc:description/>
  <cp:lastModifiedBy>Fabio Santagata</cp:lastModifiedBy>
  <cp:revision>5</cp:revision>
  <dcterms:created xsi:type="dcterms:W3CDTF">2013-12-23T23:15:00Z</dcterms:created>
  <dcterms:modified xsi:type="dcterms:W3CDTF">2026-07-06T09:43:00Z</dcterms:modified>
  <cp:category/>
</cp:coreProperties>
</file>